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1"/>
        <w:pBdr>
          <w:bottom w:color="1d4237" w:space="6" w:sz="18" w:val="single"/>
        </w:pBdr>
        <w:spacing w:after="200" w:before="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52"/>
          <w:szCs w:val="52"/>
          <w:rtl w:val="0"/>
        </w:rPr>
        <w:t xml:space="preserve">Guía para presentar proyectos y actividades de extensión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before="0" w:line="30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a85a0c"/>
          <w:sz w:val="24"/>
          <w:szCs w:val="24"/>
          <w:rtl w:val="0"/>
        </w:rPr>
        <w:t xml:space="preserve">Paso a paso para docentes de la FCEFyN UNC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before="0" w:line="300" w:lineRule="auto"/>
        <w:jc w:val="both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El HCD aprobó el </w:t>
      </w:r>
      <w:hyperlink r:id="rId7">
        <w:r w:rsidDel="00000000" w:rsidR="00000000" w:rsidRPr="00000000">
          <w:rPr>
            <w:rFonts w:ascii="Source Sans 3" w:cs="Source Sans 3" w:eastAsia="Source Sans 3" w:hAnsi="Source Sans 3"/>
            <w:color w:val="1d4237"/>
            <w:sz w:val="22"/>
            <w:szCs w:val="22"/>
            <w:u w:val="single"/>
            <w:rtl w:val="0"/>
          </w:rPr>
          <w:t xml:space="preserve">Reglamento de Actividades y Proyectos de Extensión</w:t>
        </w:r>
      </w:hyperlink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 para orientar la presentación, evaluación y ejecución de propuestas que fortalezcan el vínculo entre la Facultad y la sociedad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además de reconocer y visibilizar la labor extensionista de nuestra comunidad de la FCEFyN.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before="0" w:line="300" w:lineRule="auto"/>
        <w:jc w:val="both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Esta guía te acompaña paso a paso en el registro de tus proyectos y actividades de extensión.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30"/>
          <w:szCs w:val="30"/>
          <w:rtl w:val="0"/>
        </w:rPr>
        <w:t xml:space="preserve">Primero elegí tu modalidad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spacing w:after="60" w:before="8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6192520" cy="3730547"/>
            <wp:effectExtent b="0" l="0" r="0" t="0"/>
            <wp:docPr id="10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7305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5d5d5d"/>
          <w:sz w:val="18"/>
          <w:szCs w:val="18"/>
          <w:rtl w:val="0"/>
        </w:rPr>
        <w:t xml:space="preserve">Figura 1.</w:t>
      </w:r>
      <w:r w:rsidDel="00000000" w:rsidR="00000000" w:rsidRPr="00000000">
        <w:rPr>
          <w:rFonts w:ascii="Source Sans 3" w:cs="Source Sans 3" w:eastAsia="Source Sans 3" w:hAnsi="Source Sans 3"/>
          <w:color w:val="5d5d5d"/>
          <w:sz w:val="18"/>
          <w:szCs w:val="18"/>
          <w:rtl w:val="0"/>
        </w:rPr>
        <w:t xml:space="preserve"> Comparación de modalidades. La barra verde marca los dos años de un proyecto; la naranja, una actividad, que siempre dura menos de un año.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30"/>
          <w:szCs w:val="30"/>
          <w:rtl w:val="0"/>
        </w:rPr>
        <w:t xml:space="preserve">Antes de empezar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before="0" w:line="300" w:lineRule="auto"/>
        <w:jc w:val="both"/>
        <w:rPr/>
      </w:pPr>
      <w:r w:rsidDel="00000000" w:rsidR="00000000" w:rsidRPr="00000000">
        <w:rPr>
          <w:rFonts w:ascii="Roboto" w:cs="Roboto" w:eastAsia="Roboto" w:hAnsi="Roboto"/>
          <w:color w:val="444746"/>
          <w:sz w:val="21"/>
          <w:szCs w:val="21"/>
          <w:rtl w:val="0"/>
        </w:rPr>
        <w:t xml:space="preserve">En los anexos se incluye un modelo de los campos que deberán completarse: el Anexo I corresponde a proyectos y el Anexo II, a actividades. Te recomendamos tener previamente la información del equipo de trabajo, las fechas previstas, los textos descriptivos de la propuesta y los enlaces a la documentación respaldatoria. En el caso de la presentación de proyectos, también deberán incluirse los datos de las contrapartes y el cronograma de ejecución previsto para un período de dos años.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40" w:before="0" w:line="288" w:lineRule="auto"/>
        <w:ind w:left="360" w:hanging="280"/>
        <w:rPr>
          <w:rFonts w:ascii="Source Sans 3" w:cs="Source Sans 3" w:eastAsia="Source Sans 3" w:hAnsi="Source Sans 3"/>
          <w:color w:val="1d4237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before="0" w:line="288" w:lineRule="auto"/>
        <w:ind w:left="360" w:hanging="280"/>
        <w:rPr/>
      </w:pPr>
      <w:r w:rsidDel="00000000" w:rsidR="00000000" w:rsidRPr="00000000">
        <w:rPr>
          <w:rFonts w:ascii="Source Sans 3" w:cs="Source Sans 3" w:eastAsia="Source Sans 3" w:hAnsi="Source Sans 3"/>
          <w:color w:val="1d4237"/>
          <w:sz w:val="22"/>
          <w:szCs w:val="22"/>
          <w:rtl w:val="0"/>
        </w:rPr>
        <w:t xml:space="preserve">☐ 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1"/>
          <w:szCs w:val="21"/>
          <w:rtl w:val="0"/>
        </w:rPr>
        <w:t xml:space="preserve">Datos del equipo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40" w:before="0" w:line="288" w:lineRule="auto"/>
        <w:ind w:left="360" w:hanging="280"/>
        <w:rPr/>
      </w:pPr>
      <w:r w:rsidDel="00000000" w:rsidR="00000000" w:rsidRPr="00000000">
        <w:rPr>
          <w:rFonts w:ascii="Source Sans 3" w:cs="Source Sans 3" w:eastAsia="Source Sans 3" w:hAnsi="Source Sans 3"/>
          <w:color w:val="1d4237"/>
          <w:sz w:val="22"/>
          <w:szCs w:val="22"/>
          <w:rtl w:val="0"/>
        </w:rPr>
        <w:t xml:space="preserve">☐ 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1"/>
          <w:szCs w:val="21"/>
          <w:rtl w:val="0"/>
        </w:rPr>
        <w:t xml:space="preserve">Fechas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before="0" w:line="288" w:lineRule="auto"/>
        <w:ind w:left="360" w:hanging="280"/>
        <w:rPr/>
      </w:pPr>
      <w:r w:rsidDel="00000000" w:rsidR="00000000" w:rsidRPr="00000000">
        <w:rPr>
          <w:rFonts w:ascii="Source Sans 3" w:cs="Source Sans 3" w:eastAsia="Source Sans 3" w:hAnsi="Source Sans 3"/>
          <w:color w:val="1d4237"/>
          <w:sz w:val="22"/>
          <w:szCs w:val="22"/>
          <w:rtl w:val="0"/>
        </w:rPr>
        <w:t xml:space="preserve">☐ 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1"/>
          <w:szCs w:val="21"/>
          <w:rtl w:val="0"/>
        </w:rPr>
        <w:t xml:space="preserve">Textos de la propuesta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40" w:before="0" w:line="288" w:lineRule="auto"/>
        <w:ind w:left="360" w:hanging="280"/>
        <w:rPr/>
      </w:pPr>
      <w:r w:rsidDel="00000000" w:rsidR="00000000" w:rsidRPr="00000000">
        <w:rPr>
          <w:rFonts w:ascii="Source Sans 3" w:cs="Source Sans 3" w:eastAsia="Source Sans 3" w:hAnsi="Source Sans 3"/>
          <w:color w:val="1d4237"/>
          <w:sz w:val="22"/>
          <w:szCs w:val="22"/>
          <w:rtl w:val="0"/>
        </w:rPr>
        <w:t xml:space="preserve">☐ 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1"/>
          <w:szCs w:val="21"/>
          <w:rtl w:val="0"/>
        </w:rPr>
        <w:t xml:space="preserve">Enlaces a la documentación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before="0" w:line="288" w:lineRule="auto"/>
        <w:ind w:left="360" w:hanging="280"/>
        <w:rPr/>
      </w:pPr>
      <w:r w:rsidDel="00000000" w:rsidR="00000000" w:rsidRPr="00000000">
        <w:rPr>
          <w:rFonts w:ascii="Source Sans 3" w:cs="Source Sans 3" w:eastAsia="Source Sans 3" w:hAnsi="Source Sans 3"/>
          <w:color w:val="1d4237"/>
          <w:sz w:val="22"/>
          <w:szCs w:val="22"/>
          <w:rtl w:val="0"/>
        </w:rPr>
        <w:t xml:space="preserve">☐ 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1"/>
          <w:szCs w:val="21"/>
          <w:rtl w:val="0"/>
        </w:rPr>
        <w:t xml:space="preserve">Contrapartes (proyectos)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40" w:before="0" w:line="288" w:lineRule="auto"/>
        <w:ind w:left="360" w:hanging="280"/>
        <w:rPr/>
      </w:pPr>
      <w:r w:rsidDel="00000000" w:rsidR="00000000" w:rsidRPr="00000000">
        <w:rPr>
          <w:rFonts w:ascii="Source Sans 3" w:cs="Source Sans 3" w:eastAsia="Source Sans 3" w:hAnsi="Source Sans 3"/>
          <w:color w:val="1d4237"/>
          <w:sz w:val="22"/>
          <w:szCs w:val="22"/>
          <w:rtl w:val="0"/>
        </w:rPr>
        <w:t xml:space="preserve">☐ 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1"/>
          <w:szCs w:val="21"/>
          <w:rtl w:val="0"/>
        </w:rPr>
        <w:t xml:space="preserve">Cronograma de dos años (proyectos)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52.0" w:type="dxa"/>
        <w:jc w:val="left"/>
        <w:tblInd w:w="-2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af7f1" w:val="clear"/>
            <w:tcMar>
              <w:top w:w="140.0" w:type="dxa"/>
              <w:left w:w="200.0" w:type="dxa"/>
              <w:bottom w:w="140.0" w:type="dxa"/>
              <w:right w:w="200.0" w:type="dxa"/>
            </w:tcMar>
          </w:tcPr>
          <w:p w:rsidR="00000000" w:rsidDel="00000000" w:rsidP="00000000" w:rsidRDefault="00000000" w:rsidRPr="00000000" w14:paraId="00000012">
            <w:pPr>
              <w:spacing w:after="40" w:before="0" w:line="288" w:lineRule="auto"/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a85a0c"/>
                <w:sz w:val="15"/>
                <w:szCs w:val="15"/>
                <w:rtl w:val="0"/>
              </w:rPr>
              <w:t xml:space="preserve">CONSEJO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b2b2b"/>
                <w:sz w:val="21"/>
                <w:szCs w:val="21"/>
                <w:rtl w:val="0"/>
              </w:rPr>
              <w:t xml:space="preserve">Prepará los textos en un archivo aparte y guardá una copia. Así podrás revisarlos y pegarlos en el formulario con más comodidad. En los anexos I y II tenes los modelos.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30"/>
          <w:szCs w:val="30"/>
          <w:rtl w:val="0"/>
        </w:rPr>
        <w:t xml:space="preserve">Entrá al formulario y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30"/>
          <w:szCs w:val="30"/>
          <w:rtl w:val="0"/>
        </w:rPr>
        <w:t xml:space="preserve"> comenzá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30"/>
          <w:szCs w:val="30"/>
          <w:rtl w:val="0"/>
        </w:rPr>
        <w:t xml:space="preserve"> a</w:t>
      </w:r>
      <w:r w:rsidDel="00000000" w:rsidR="00000000" w:rsidRPr="00000000">
        <w:rPr>
          <w:color w:val="1d4237"/>
          <w:sz w:val="30"/>
          <w:szCs w:val="30"/>
          <w:rtl w:val="0"/>
        </w:rPr>
        <w:t xml:space="preserve"> completar los datos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before="0" w:line="288" w:lineRule="auto"/>
        <w:rPr/>
      </w:pPr>
      <w:hyperlink r:id="rId9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1d4237"/>
            <w:sz w:val="20"/>
            <w:szCs w:val="20"/>
            <w:u w:val="single"/>
            <w:rtl w:val="0"/>
          </w:rPr>
          <w:t xml:space="preserve">Abrir el formulario de presentación →</w:t>
        </w:r>
      </w:hyperlink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     </w:t>
      </w:r>
      <w:hyperlink r:id="rId10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1d4237"/>
            <w:sz w:val="20"/>
            <w:szCs w:val="20"/>
            <w:u w:val="single"/>
            <w:rtl w:val="0"/>
          </w:rPr>
          <w:t xml:space="preserve">Consultar el reglamento →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Ingresá con tu cuenta de Google, verificá el correo y marcá la casilla para registrarlo. Elegí la modalidad y presioná </w:t>
      </w: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2"/>
          <w:szCs w:val="22"/>
          <w:rtl w:val="0"/>
        </w:rPr>
        <w:t xml:space="preserve">Siguiente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. Los campos con asterisco (*) son obligatorios.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spacing w:after="60" w:before="8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6049800" cy="647700"/>
            <wp:effectExtent b="0" l="0" r="0" t="0"/>
            <wp:docPr id="1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49800" cy="64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5d5d5d"/>
          <w:sz w:val="18"/>
          <w:szCs w:val="18"/>
          <w:rtl w:val="0"/>
        </w:rPr>
        <w:t xml:space="preserve">Figura 2.</w:t>
      </w:r>
      <w:r w:rsidDel="00000000" w:rsidR="00000000" w:rsidRPr="00000000">
        <w:rPr>
          <w:rFonts w:ascii="Source Sans 3" w:cs="Source Sans 3" w:eastAsia="Source Sans 3" w:hAnsi="Source Sans 3"/>
          <w:color w:val="5d5d5d"/>
          <w:sz w:val="18"/>
          <w:szCs w:val="18"/>
          <w:rtl w:val="0"/>
        </w:rPr>
        <w:t xml:space="preserve"> Primera pantalla del formulario.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El formulario tiene 20 secciones; el recorrido cambia según tus respuestas. No es necesario completar todas. Mirá el flujograma de la página siguiente y seguí luego los pasos de tu modalidad.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Title"/>
        <w:keepNext w:val="1"/>
        <w:pBdr>
          <w:bottom w:color="1d4237" w:space="6" w:sz="18" w:val="single"/>
        </w:pBdr>
        <w:spacing w:after="200" w:before="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40"/>
          <w:szCs w:val="40"/>
          <w:rtl w:val="0"/>
        </w:rPr>
        <w:t xml:space="preserve">El recorrido de tu presentación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60" w:before="8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6192520" cy="7949730"/>
            <wp:effectExtent b="0" l="0" r="0" t="0"/>
            <wp:docPr id="10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7949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5d5d5d"/>
          <w:sz w:val="18"/>
          <w:szCs w:val="18"/>
          <w:rtl w:val="0"/>
        </w:rPr>
        <w:t xml:space="preserve">Figura 3.</w:t>
      </w:r>
      <w:r w:rsidDel="00000000" w:rsidR="00000000" w:rsidRPr="00000000">
        <w:rPr>
          <w:rFonts w:ascii="Source Sans 3" w:cs="Source Sans 3" w:eastAsia="Source Sans 3" w:hAnsi="Source Sans 3"/>
          <w:color w:val="5d5d5d"/>
          <w:sz w:val="18"/>
          <w:szCs w:val="18"/>
          <w:rtl w:val="0"/>
        </w:rPr>
        <w:t xml:space="preserve"> Flujograma del formulario. Pregunta que define el recorrido Sección opcional (solo si respondés Sí)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Title"/>
        <w:keepNext w:val="1"/>
        <w:pBdr>
          <w:bottom w:color="1d4237" w:space="6" w:sz="18" w:val="single"/>
        </w:pBdr>
        <w:spacing w:after="200" w:before="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40"/>
          <w:szCs w:val="40"/>
          <w:rtl w:val="0"/>
        </w:rPr>
        <w:t xml:space="preserve">Si vas a presentar un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ffff"/>
          <w:sz w:val="24"/>
          <w:szCs w:val="24"/>
          <w:shd w:fill="1d4237" w:val="clear"/>
          <w:rtl w:val="0"/>
        </w:rPr>
        <w:t xml:space="preserve"> 1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28"/>
          <w:szCs w:val="28"/>
          <w:rtl w:val="0"/>
        </w:rPr>
        <w:t xml:space="preserve">  Contanos de qué se trata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Completá título, convocatoria y año, hasta tres palabras clave separadas por comas, resumen y fechas de inicio y finalización. El período es de dos años. En el resumen, incluí problema, territorio, población, contraparte, acciones e impacto esperado; tenés hasta 4200 caracteres.</w:t>
      </w:r>
      <w:r w:rsidDel="00000000" w:rsidR="00000000" w:rsidRPr="00000000">
        <w:rPr>
          <w:rtl w:val="0"/>
        </w:rPr>
      </w:r>
    </w:p>
    <w:tbl>
      <w:tblPr>
        <w:tblStyle w:val="Table2"/>
        <w:tblW w:w="9752.0" w:type="dxa"/>
        <w:jc w:val="left"/>
        <w:tblInd w:w="-2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af7f1" w:val="clear"/>
            <w:tcMar>
              <w:top w:w="140.0" w:type="dxa"/>
              <w:left w:w="200.0" w:type="dxa"/>
              <w:bottom w:w="140.0" w:type="dxa"/>
              <w:right w:w="200.0" w:type="dxa"/>
            </w:tcMar>
          </w:tcPr>
          <w:p w:rsidR="00000000" w:rsidDel="00000000" w:rsidP="00000000" w:rsidRDefault="00000000" w:rsidRPr="00000000" w14:paraId="00000023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1"/>
                <w:szCs w:val="21"/>
                <w:rtl w:val="0"/>
              </w:rPr>
              <w:t xml:space="preserve">¿Es una renovación?</w:t>
            </w:r>
            <w:r w:rsidDel="00000000" w:rsidR="00000000" w:rsidRPr="00000000">
              <w:rPr>
                <w:rFonts w:ascii="Source Sans 3" w:cs="Source Sans 3" w:eastAsia="Source Sans 3" w:hAnsi="Source Sans 3"/>
                <w:color w:val="2b2b2b"/>
                <w:sz w:val="21"/>
                <w:szCs w:val="21"/>
                <w:rtl w:val="0"/>
              </w:rPr>
              <w:t xml:space="preserve"> Indicá el código del proyecto anterior. Si no lo tenés, escribí </w:t>
            </w:r>
            <w:r w:rsidDel="00000000" w:rsidR="00000000" w:rsidRPr="00000000">
              <w:rPr>
                <w:rFonts w:ascii="Source Sans 3" w:cs="Source Sans 3" w:eastAsia="Source Sans 3" w:hAnsi="Source Sans 3"/>
                <w:i w:val="1"/>
                <w:iCs w:val="1"/>
                <w:color w:val="2b2b2b"/>
                <w:sz w:val="21"/>
                <w:szCs w:val="21"/>
                <w:rtl w:val="0"/>
              </w:rPr>
              <w:t xml:space="preserve">No se posee</w:t>
            </w:r>
            <w:r w:rsidDel="00000000" w:rsidR="00000000" w:rsidRPr="00000000">
              <w:rPr>
                <w:rFonts w:ascii="Source Sans 3" w:cs="Source Sans 3" w:eastAsia="Source Sans 3" w:hAnsi="Source Sans 3"/>
                <w:color w:val="2b2b2b"/>
                <w:sz w:val="21"/>
                <w:szCs w:val="21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ffff"/>
          <w:sz w:val="24"/>
          <w:szCs w:val="24"/>
          <w:shd w:fill="1d4237" w:val="clear"/>
          <w:rtl w:val="0"/>
        </w:rPr>
        <w:t xml:space="preserve"> 2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28"/>
          <w:szCs w:val="28"/>
          <w:rtl w:val="0"/>
        </w:rPr>
        <w:t xml:space="preserve">  Presentá a la dirección y al equipo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Cargá los datos del director: nombre, legajo, teléfono, correo, asignatura o área y departamento. Si hay codirector, completá también sus datos, estamento y dependencia; puede ser docente de la UNC o nodocente de la FCEFyN.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60" w:before="0" w:line="288" w:lineRule="auto"/>
        <w:rPr/>
      </w:pPr>
      <w:hyperlink r:id="rId13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1d4237"/>
            <w:sz w:val="20"/>
            <w:szCs w:val="20"/>
            <w:u w:val="single"/>
            <w:rtl w:val="0"/>
          </w:rPr>
          <w:t xml:space="preserve">Cargar el equipo con la herramienta de ayuda →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Completá cada integrante en la herramienta, copiá el texto generado y pegalo en el formulario. Si preferís hacerlo manualmente, usá este orden: Apellido, Nombre, Institución/Unidad Académica, Cátedra/Área, Claustro, DNI, Email, Rol. Separá personas con una barra /. Para docentes y nodocentes, el rol es Integrante del Equipo.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spacing w:after="60" w:before="8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6192520" cy="1230987"/>
            <wp:effectExtent b="0" l="0" r="0" t="0"/>
            <wp:docPr id="11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12309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5d5d5d"/>
          <w:sz w:val="18"/>
          <w:szCs w:val="18"/>
          <w:rtl w:val="0"/>
        </w:rPr>
        <w:t xml:space="preserve">Figura 4.</w:t>
      </w:r>
      <w:r w:rsidDel="00000000" w:rsidR="00000000" w:rsidRPr="00000000">
        <w:rPr>
          <w:rFonts w:ascii="Source Sans 3" w:cs="Source Sans 3" w:eastAsia="Source Sans 3" w:hAnsi="Source Sans 3"/>
          <w:color w:val="5d5d5d"/>
          <w:sz w:val="18"/>
          <w:szCs w:val="18"/>
          <w:rtl w:val="0"/>
        </w:rPr>
        <w:t xml:space="preserve"> Formato manual del equipo: ocho datos separados por comas y una barra entre personas. Los datos del ejemplo son ficticios.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ffff"/>
          <w:sz w:val="24"/>
          <w:szCs w:val="24"/>
          <w:shd w:fill="1d4237" w:val="clear"/>
          <w:rtl w:val="0"/>
        </w:rPr>
        <w:t xml:space="preserve"> 3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28"/>
          <w:szCs w:val="28"/>
          <w:rtl w:val="0"/>
        </w:rPr>
        <w:t xml:space="preserve">  Sumá las organizaciones contraparte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Indicá nombre o razón social, tipo de organización, CUIT/CUIL/CUE, domicilio, responsable y contacto. Señalá si existe convenio con la UNC y, cuando corresponda, expediente completo y resolución. Contá cómo nació el vínculo y qué rol tendrá la organización. Si hay otra contraparte, elegí Sí y repetí la carga; hay lugar para hasta cinco.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Title"/>
        <w:keepNext w:val="1"/>
        <w:pBdr>
          <w:bottom w:color="1d4237" w:space="6" w:sz="18" w:val="single"/>
        </w:pBdr>
        <w:spacing w:after="200" w:before="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40"/>
          <w:szCs w:val="40"/>
          <w:rtl w:val="0"/>
        </w:rPr>
        <w:t xml:space="preserve">Dale forma a tu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ffff"/>
          <w:sz w:val="24"/>
          <w:szCs w:val="24"/>
          <w:shd w:fill="1d4237" w:val="clear"/>
          <w:rtl w:val="0"/>
        </w:rPr>
        <w:t xml:space="preserve"> 4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28"/>
          <w:szCs w:val="28"/>
          <w:rtl w:val="0"/>
        </w:rPr>
        <w:t xml:space="preserve">  Desarrollá la propuesta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60" w:before="0" w:line="300" w:lineRule="auto"/>
        <w:jc w:val="both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Explicá el problema, el territorio, el intercambio con la comunidad y la articulación con docencia e investigación. La propuesta debe tener carácter extensionista; su eje no puede ser exclusivamente enseñar o investigar.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60" w:before="0" w:line="300" w:lineRule="auto"/>
        <w:jc w:val="both"/>
        <w:rPr>
          <w:rFonts w:ascii="Source Sans 3" w:cs="Source Sans 3" w:eastAsia="Source Sans 3" w:hAnsi="Source Sans 3"/>
          <w:color w:val="2b2b2b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color w:val="444746"/>
          <w:sz w:val="21"/>
          <w:szCs w:val="21"/>
          <w:rtl w:val="0"/>
        </w:rPr>
        <w:t xml:space="preserve">Definí un objetivo general y detallá los objetivos específicos, consignando cada uno en una línea (OE1, OE2, OE3, etc.).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Usá un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verbo en infinitivo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 (terminar en -ar, -er, -ir)  y explicá qué buscás lograr y para qué. </w:t>
      </w:r>
    </w:p>
    <w:p w:rsidR="00000000" w:rsidDel="00000000" w:rsidP="00000000" w:rsidRDefault="00000000" w:rsidRPr="00000000" w14:paraId="00000032">
      <w:pPr>
        <w:spacing w:after="160" w:before="0" w:line="300" w:lineRule="auto"/>
        <w:jc w:val="both"/>
        <w:rPr>
          <w:rFonts w:ascii="Source Sans 3" w:cs="Source Sans 3" w:eastAsia="Source Sans 3" w:hAnsi="Source Sans 3"/>
          <w:color w:val="2b2b2b"/>
          <w:sz w:val="22"/>
          <w:szCs w:val="22"/>
        </w:rPr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Por ej. Diseñar un sistema de recolección de residuos para potencial el trabajo organizado de XXX comunidad.</w:t>
      </w:r>
    </w:p>
    <w:p w:rsidR="00000000" w:rsidDel="00000000" w:rsidP="00000000" w:rsidRDefault="00000000" w:rsidRPr="00000000" w14:paraId="00000033">
      <w:pPr>
        <w:spacing w:after="160" w:before="0" w:line="300" w:lineRule="auto"/>
        <w:jc w:val="both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Completá metodología, indicadores verificables, beneficiarios, impacto, resultados, sostenibilidad, relación disciplinar y facilidades disponibles.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3"/>
        <w:tblW w:w="9752.0" w:type="dxa"/>
        <w:jc w:val="left"/>
        <w:tblInd w:w="-2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af7f1" w:val="clear"/>
            <w:tcMar>
              <w:top w:w="140.0" w:type="dxa"/>
              <w:left w:w="200.0" w:type="dxa"/>
              <w:bottom w:w="140.0" w:type="dxa"/>
              <w:right w:w="200.0" w:type="dxa"/>
            </w:tcMar>
          </w:tcPr>
          <w:p w:rsidR="00000000" w:rsidDel="00000000" w:rsidP="00000000" w:rsidRDefault="00000000" w:rsidRPr="00000000" w14:paraId="00000034">
            <w:pPr>
              <w:spacing w:after="40" w:before="0" w:line="288" w:lineRule="auto"/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a85a0c"/>
                <w:sz w:val="15"/>
                <w:szCs w:val="15"/>
                <w:rtl w:val="0"/>
              </w:rPr>
              <w:t xml:space="preserve">CONSEJO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b2b2b"/>
                <w:sz w:val="21"/>
                <w:szCs w:val="21"/>
                <w:rtl w:val="0"/>
              </w:rPr>
              <w:t xml:space="preserve">Respetá los límites de cada campo. Los principales son: fundamentación, 5000 caracteres; metodología y beneficiarios/impacto/resultados, 3000 cada uno; sostenibilidad, 1800; relación disciplinar, 2000. Para las contrapartes: origen del vínculo, 3000 palabras; rol, 1800 caracteres.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1"/>
        <w:spacing w:after="60" w:before="8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6192520" cy="1841781"/>
            <wp:effectExtent b="0" l="0" r="0" t="0"/>
            <wp:docPr id="11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18417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5d5d5d"/>
          <w:sz w:val="18"/>
          <w:szCs w:val="18"/>
          <w:rtl w:val="0"/>
        </w:rPr>
        <w:t xml:space="preserve">Figura 5.</w:t>
      </w:r>
      <w:r w:rsidDel="00000000" w:rsidR="00000000" w:rsidRPr="00000000">
        <w:rPr>
          <w:rFonts w:ascii="Source Sans 3" w:cs="Source Sans 3" w:eastAsia="Source Sans 3" w:hAnsi="Source Sans 3"/>
          <w:color w:val="5d5d5d"/>
          <w:sz w:val="18"/>
          <w:szCs w:val="18"/>
          <w:rtl w:val="0"/>
        </w:rPr>
        <w:t xml:space="preserve"> Límites de caracteres por campo. El origen del vínculo con la contraparte se mide en palabras (3000) y no se incluye en la escala.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ffff"/>
          <w:sz w:val="24"/>
          <w:szCs w:val="24"/>
          <w:shd w:fill="1d4237" w:val="clear"/>
          <w:rtl w:val="0"/>
        </w:rPr>
        <w:t xml:space="preserve"> 5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28"/>
          <w:szCs w:val="28"/>
          <w:rtl w:val="0"/>
        </w:rPr>
        <w:t xml:space="preserve">  Organizá las acciones y los recursos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En el cronograma, vinculá cada actividad con su período, objetivo específico e indicador. Los meses se cuentan desde el inicio del proyecto. Podés usar la herramienta, copiar el resultado y pegarlo en el formulario.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1"/>
        <w:spacing w:after="60" w:before="8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6192520" cy="657779"/>
            <wp:effectExtent b="0" l="0" r="0" t="0"/>
            <wp:docPr id="114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6577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5d5d5d"/>
          <w:sz w:val="18"/>
          <w:szCs w:val="18"/>
          <w:rtl w:val="0"/>
        </w:rPr>
        <w:t xml:space="preserve">Figura 6.</w:t>
      </w:r>
      <w:r w:rsidDel="00000000" w:rsidR="00000000" w:rsidRPr="00000000">
        <w:rPr>
          <w:rFonts w:ascii="Source Sans 3" w:cs="Source Sans 3" w:eastAsia="Source Sans 3" w:hAnsi="Source Sans 3"/>
          <w:color w:val="5d5d5d"/>
          <w:sz w:val="18"/>
          <w:szCs w:val="18"/>
          <w:rtl w:val="0"/>
        </w:rPr>
        <w:t xml:space="preserve"> Cada fila del cronograma vincula estos cuatro datos. El ejemplo es ilustrativo.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60" w:before="0" w:line="288" w:lineRule="auto"/>
        <w:rPr/>
      </w:pPr>
      <w:hyperlink r:id="rId17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1d4237"/>
            <w:sz w:val="20"/>
            <w:szCs w:val="20"/>
            <w:u w:val="single"/>
            <w:rtl w:val="0"/>
          </w:rPr>
          <w:t xml:space="preserve">Armar el plan de actividades y cronograma →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Si contás con financiamiento, marcá Sí, identificá las fuentes y detallá número de financiamiento, monto y resolución. Usá comas entre datos y / entre fuentes, o ayudate con la herramienta.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60" w:before="0" w:line="288" w:lineRule="auto"/>
        <w:rPr/>
      </w:pPr>
      <w:hyperlink r:id="rId18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1d4237"/>
            <w:sz w:val="20"/>
            <w:szCs w:val="20"/>
            <w:u w:val="single"/>
            <w:rtl w:val="0"/>
          </w:rPr>
          <w:t xml:space="preserve">Cargar los recursos financieros →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Title"/>
        <w:keepNext w:val="1"/>
        <w:pBdr>
          <w:bottom w:color="a85a0c" w:space="6" w:sz="18" w:val="single"/>
        </w:pBdr>
        <w:spacing w:after="200" w:before="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a85a0c"/>
          <w:sz w:val="40"/>
          <w:szCs w:val="40"/>
          <w:rtl w:val="0"/>
        </w:rPr>
        <w:t xml:space="preserve">Si vas a presentar una actividad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ffff"/>
          <w:sz w:val="24"/>
          <w:szCs w:val="24"/>
          <w:shd w:fill="a85a0c" w:val="clear"/>
          <w:rtl w:val="0"/>
        </w:rPr>
        <w:t xml:space="preserve"> 1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a85a0c"/>
          <w:sz w:val="28"/>
          <w:szCs w:val="28"/>
          <w:rtl w:val="0"/>
        </w:rPr>
        <w:t xml:space="preserve">  Elegí el tipo y describí la actividad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Seleccioná la categoría correspondiente: </w:t>
      </w:r>
      <w:hyperlink r:id="rId19">
        <w:r w:rsidDel="00000000" w:rsidR="00000000" w:rsidRPr="00000000">
          <w:rPr>
            <w:rFonts w:ascii="Source Sans 3" w:cs="Source Sans 3" w:eastAsia="Source Sans 3" w:hAnsi="Source Sans 3"/>
            <w:color w:val="1d4237"/>
            <w:sz w:val="22"/>
            <w:szCs w:val="22"/>
            <w:u w:val="single"/>
            <w:rtl w:val="0"/>
          </w:rPr>
          <w:t xml:space="preserve">Compromiso Social Estudiantil</w:t>
        </w:r>
      </w:hyperlink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, </w:t>
      </w:r>
      <w:hyperlink r:id="rId20">
        <w:r w:rsidDel="00000000" w:rsidR="00000000" w:rsidRPr="00000000">
          <w:rPr>
            <w:rFonts w:ascii="Source Sans 3" w:cs="Source Sans 3" w:eastAsia="Source Sans 3" w:hAnsi="Source Sans 3"/>
            <w:color w:val="1d4237"/>
            <w:sz w:val="22"/>
            <w:szCs w:val="22"/>
            <w:u w:val="single"/>
            <w:rtl w:val="0"/>
          </w:rPr>
          <w:t xml:space="preserve">convenios</w:t>
        </w:r>
      </w:hyperlink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, </w:t>
      </w:r>
      <w:hyperlink r:id="rId21">
        <w:r w:rsidDel="00000000" w:rsidR="00000000" w:rsidRPr="00000000">
          <w:rPr>
            <w:rFonts w:ascii="Source Sans 3" w:cs="Source Sans 3" w:eastAsia="Source Sans 3" w:hAnsi="Source Sans 3"/>
            <w:color w:val="1d4237"/>
            <w:sz w:val="22"/>
            <w:szCs w:val="22"/>
            <w:u w:val="single"/>
            <w:rtl w:val="0"/>
          </w:rPr>
          <w:t xml:space="preserve">becas</w:t>
        </w:r>
      </w:hyperlink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, </w:t>
      </w:r>
      <w:hyperlink r:id="rId22">
        <w:r w:rsidDel="00000000" w:rsidR="00000000" w:rsidRPr="00000000">
          <w:rPr>
            <w:rFonts w:ascii="Source Sans 3" w:cs="Source Sans 3" w:eastAsia="Source Sans 3" w:hAnsi="Source Sans 3"/>
            <w:color w:val="1d4237"/>
            <w:sz w:val="22"/>
            <w:szCs w:val="22"/>
            <w:u w:val="single"/>
            <w:rtl w:val="0"/>
          </w:rPr>
          <w:t xml:space="preserve">actividades extracurriculares</w:t>
        </w:r>
      </w:hyperlink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, evaluación, asignatura curricularizada u “Otra”. Si elegís “Otra”, especificá cuál. Completá título, descripción, objetivo y fechas. Recordá que la extensión total debe ser inferior a un año.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ffff"/>
          <w:sz w:val="24"/>
          <w:szCs w:val="24"/>
          <w:shd w:fill="a85a0c" w:val="clear"/>
          <w:rtl w:val="0"/>
        </w:rPr>
        <w:t xml:space="preserve"> 2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a85a0c"/>
          <w:sz w:val="28"/>
          <w:szCs w:val="28"/>
          <w:rtl w:val="0"/>
        </w:rPr>
        <w:t xml:space="preserve">  Presentá al responsable y al equipo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Cargá nombre, DNI, legajo, correo, teléfono y cargo o cátedra del responsable. Para el equipo, usá la herramienta o el formato manual explicado anteriormente en el paso 2 de proyecto. En </w:t>
      </w:r>
      <w:hyperlink r:id="rId23">
        <w:r w:rsidDel="00000000" w:rsidR="00000000" w:rsidRPr="00000000">
          <w:rPr>
            <w:rFonts w:ascii="Source Sans 3" w:cs="Source Sans 3" w:eastAsia="Source Sans 3" w:hAnsi="Source Sans 3"/>
            <w:color w:val="1d4237"/>
            <w:sz w:val="22"/>
            <w:szCs w:val="22"/>
            <w:u w:val="single"/>
            <w:rtl w:val="0"/>
          </w:rPr>
          <w:t xml:space="preserve">Compromiso Social Estudiantil</w:t>
        </w:r>
      </w:hyperlink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, incluí también a los estudiantes participantes.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60" w:before="0" w:line="288" w:lineRule="auto"/>
        <w:rPr/>
      </w:pPr>
      <w:hyperlink r:id="rId24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a85a0c"/>
            <w:sz w:val="20"/>
            <w:szCs w:val="20"/>
            <w:u w:val="single"/>
            <w:rtl w:val="0"/>
          </w:rPr>
          <w:t xml:space="preserve">Cargar el equipo con la herramienta de ayuda →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ffff"/>
          <w:sz w:val="24"/>
          <w:szCs w:val="24"/>
          <w:shd w:fill="a85a0c" w:val="clear"/>
          <w:rtl w:val="0"/>
        </w:rPr>
        <w:t xml:space="preserve"> 3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a85a0c"/>
          <w:sz w:val="28"/>
          <w:szCs w:val="28"/>
          <w:rtl w:val="0"/>
        </w:rPr>
        <w:t xml:space="preserve">  Compartí la documentación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En “Enlace”,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pegá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 el link del documento donde pueda verse la aprobación y el detalle de la actividad. Los documentos que pide el formulario son los siguientes:</w:t>
      </w:r>
      <w:r w:rsidDel="00000000" w:rsidR="00000000" w:rsidRPr="00000000">
        <w:rPr>
          <w:rtl w:val="0"/>
        </w:rPr>
      </w:r>
    </w:p>
    <w:tbl>
      <w:tblPr>
        <w:tblStyle w:val="Table4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901"/>
        <w:gridCol w:w="5851"/>
        <w:tblGridChange w:id="0">
          <w:tblGrid>
            <w:gridCol w:w="3901"/>
            <w:gridCol w:w="5851"/>
          </w:tblGrid>
        </w:tblGridChange>
      </w:tblGrid>
      <w:tr>
        <w:trPr>
          <w:cantSplit w:val="1"/>
          <w:tblHeader w:val="1"/>
        </w:trPr>
        <w:tc>
          <w:tcPr>
            <w:tcBorders>
              <w:bottom w:color="e2ddd3" w:space="0" w:sz="4" w:val="single"/>
            </w:tcBorders>
            <w:shd w:fill="1d4237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Tipo de actividad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e2ddd3" w:space="0" w:sz="4" w:val="single"/>
            </w:tcBorders>
            <w:shd w:fill="1d4237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Documentación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bottom w:color="e2ddd3" w:space="0" w:sz="4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="264" w:lineRule="auto"/>
              <w:rPr/>
            </w:pPr>
            <w:hyperlink r:id="rId25">
              <w:r w:rsidDel="00000000" w:rsidR="00000000" w:rsidRPr="00000000">
                <w:rPr>
                  <w:rFonts w:ascii="Source Sans 3" w:cs="Source Sans 3" w:eastAsia="Source Sans 3" w:hAnsi="Source Sans 3"/>
                  <w:b w:val="1"/>
                  <w:bCs w:val="1"/>
                  <w:color w:val="1d4237"/>
                  <w:sz w:val="20"/>
                  <w:szCs w:val="20"/>
                  <w:u w:val="single"/>
                  <w:rtl w:val="0"/>
                </w:rPr>
                <w:t xml:space="preserve">Compromiso Social Estudiantil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e2ddd3" w:space="0" w:sz="4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="264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b2b2b"/>
                <w:sz w:val="20"/>
                <w:szCs w:val="20"/>
                <w:rtl w:val="0"/>
              </w:rPr>
              <w:t xml:space="preserve">PDF del proyecto generado por el Gestor.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bottom w:color="e2ddd3" w:space="0" w:sz="4" w:val="single"/>
            </w:tcBorders>
            <w:shd w:fill="faf7f1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0" w:before="0" w:line="264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Convenios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e2ddd3" w:space="0" w:sz="4" w:val="single"/>
            </w:tcBorders>
            <w:shd w:fill="faf7f1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="264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b2b2b"/>
                <w:sz w:val="20"/>
                <w:szCs w:val="20"/>
                <w:rtl w:val="0"/>
              </w:rPr>
              <w:t xml:space="preserve">Resolución y anexos. Para gestionar el convenio, entrá </w:t>
            </w:r>
            <w:hyperlink r:id="rId26">
              <w:r w:rsidDel="00000000" w:rsidR="00000000" w:rsidRPr="00000000">
                <w:rPr>
                  <w:rFonts w:ascii="Source Sans 3" w:cs="Source Sans 3" w:eastAsia="Source Sans 3" w:hAnsi="Source Sans 3"/>
                  <w:color w:val="1d4237"/>
                  <w:sz w:val="20"/>
                  <w:szCs w:val="20"/>
                  <w:u w:val="single"/>
                  <w:rtl w:val="0"/>
                </w:rPr>
                <w:t xml:space="preserve">acá</w:t>
              </w:r>
            </w:hyperlink>
            <w:r w:rsidDel="00000000" w:rsidR="00000000" w:rsidRPr="00000000">
              <w:rPr>
                <w:rFonts w:ascii="Source Sans 3" w:cs="Source Sans 3" w:eastAsia="Source Sans 3" w:hAnsi="Source Sans 3"/>
                <w:color w:val="2b2b2b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bottom w:color="e2ddd3" w:space="0" w:sz="4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="264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Becas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e2ddd3" w:space="0" w:sz="4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="264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b2b2b"/>
                <w:sz w:val="20"/>
                <w:szCs w:val="20"/>
                <w:rtl w:val="0"/>
              </w:rPr>
              <w:t xml:space="preserve">Resolución aprobatoria de la beca. Para la documentación de becas, entrá </w:t>
            </w:r>
            <w:hyperlink r:id="rId27">
              <w:r w:rsidDel="00000000" w:rsidR="00000000" w:rsidRPr="00000000">
                <w:rPr>
                  <w:rFonts w:ascii="Source Sans 3" w:cs="Source Sans 3" w:eastAsia="Source Sans 3" w:hAnsi="Source Sans 3"/>
                  <w:color w:val="1d4237"/>
                  <w:sz w:val="20"/>
                  <w:szCs w:val="20"/>
                  <w:u w:val="single"/>
                  <w:rtl w:val="0"/>
                </w:rPr>
                <w:t xml:space="preserve">acá</w:t>
              </w:r>
            </w:hyperlink>
            <w:r w:rsidDel="00000000" w:rsidR="00000000" w:rsidRPr="00000000">
              <w:rPr>
                <w:rFonts w:ascii="Source Sans 3" w:cs="Source Sans 3" w:eastAsia="Source Sans 3" w:hAnsi="Source Sans 3"/>
                <w:color w:val="2b2b2b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bottom w:color="e2ddd3" w:space="0" w:sz="4" w:val="single"/>
            </w:tcBorders>
            <w:shd w:fill="faf7f1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="264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Actividades extracurriculares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e2ddd3" w:space="0" w:sz="4" w:val="single"/>
            </w:tcBorders>
            <w:shd w:fill="faf7f1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0" w:before="0" w:line="264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b2b2b"/>
                <w:sz w:val="20"/>
                <w:szCs w:val="20"/>
                <w:rtl w:val="0"/>
              </w:rPr>
              <w:t xml:space="preserve">Resolución aprobatoria y programa. Para dictar un curso, entrá </w:t>
            </w:r>
            <w:hyperlink r:id="rId28">
              <w:r w:rsidDel="00000000" w:rsidR="00000000" w:rsidRPr="00000000">
                <w:rPr>
                  <w:rFonts w:ascii="Source Sans 3" w:cs="Source Sans 3" w:eastAsia="Source Sans 3" w:hAnsi="Source Sans 3"/>
                  <w:color w:val="1d4237"/>
                  <w:sz w:val="20"/>
                  <w:szCs w:val="20"/>
                  <w:u w:val="single"/>
                  <w:rtl w:val="0"/>
                </w:rPr>
                <w:t xml:space="preserve">acá</w:t>
              </w:r>
            </w:hyperlink>
            <w:r w:rsidDel="00000000" w:rsidR="00000000" w:rsidRPr="00000000">
              <w:rPr>
                <w:rFonts w:ascii="Source Sans 3" w:cs="Source Sans 3" w:eastAsia="Source Sans 3" w:hAnsi="Source Sans 3"/>
                <w:color w:val="2b2b2b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bottom w:color="e2ddd3" w:space="0" w:sz="4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="264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Evaluación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e2ddd3" w:space="0" w:sz="4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="264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b2b2b"/>
                <w:sz w:val="20"/>
                <w:szCs w:val="20"/>
                <w:rtl w:val="0"/>
              </w:rPr>
              <w:t xml:space="preserve">Constancia o resolución de participación y reglamento del programa evaluado.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bottom w:color="e2ddd3" w:space="0" w:sz="4" w:val="single"/>
            </w:tcBorders>
            <w:shd w:fill="faf7f1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="264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Curricularización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e2ddd3" w:space="0" w:sz="4" w:val="single"/>
            </w:tcBorders>
            <w:shd w:fill="faf7f1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="264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b2b2b"/>
                <w:sz w:val="20"/>
                <w:szCs w:val="20"/>
                <w:rtl w:val="0"/>
              </w:rPr>
              <w:t xml:space="preserve">Resolución aprobatoria de la asignatura y proyecto presentado.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752.0" w:type="dxa"/>
        <w:jc w:val="left"/>
        <w:tblInd w:w="-2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af7f1" w:val="clear"/>
            <w:tcMar>
              <w:top w:w="140.0" w:type="dxa"/>
              <w:left w:w="200.0" w:type="dxa"/>
              <w:bottom w:w="140.0" w:type="dxa"/>
              <w:right w:w="200.0" w:type="dxa"/>
            </w:tcMar>
          </w:tcPr>
          <w:p w:rsidR="00000000" w:rsidDel="00000000" w:rsidP="00000000" w:rsidRDefault="00000000" w:rsidRPr="00000000" w14:paraId="00000058">
            <w:pPr>
              <w:spacing w:after="40" w:before="0" w:line="288" w:lineRule="auto"/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a85a0c"/>
                <w:sz w:val="15"/>
                <w:szCs w:val="15"/>
                <w:rtl w:val="0"/>
              </w:rPr>
              <w:t xml:space="preserve">CONSEJO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b2b2b"/>
                <w:sz w:val="21"/>
                <w:szCs w:val="21"/>
                <w:rtl w:val="0"/>
              </w:rPr>
              <w:t xml:space="preserve">Probá los enlaces antes de enviarlos: la Secretaría debe poder abrirlos. El campo también menciona una nota de aval firmada por el adoptante; consultá su aplicación si tenés dudas, al igual que los requisitos para “Otra actividad”.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30"/>
          <w:szCs w:val="30"/>
          <w:rtl w:val="0"/>
        </w:rPr>
        <w:t xml:space="preserve">Para ambas modalidades -proyecto o actividad</w:t>
      </w:r>
      <w:r w:rsidDel="00000000" w:rsidR="00000000" w:rsidRPr="00000000">
        <w:rPr>
          <w:color w:val="1d4237"/>
          <w:sz w:val="30"/>
          <w:szCs w:val="30"/>
          <w:rtl w:val="0"/>
        </w:rPr>
        <w:t xml:space="preserve">- , revisá y enviá la documentación correspondiente.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Completá Calidad: valorá tu experiencia del 1 al 5, donde 5 es la calificación más alta, y agregá comentarios si lo deseás. Revisá datos, fechas, equipo y enlaces. Usá “</w:t>
      </w: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2"/>
          <w:szCs w:val="22"/>
          <w:rtl w:val="0"/>
        </w:rPr>
        <w:t xml:space="preserve">Atrás”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 para corregir, presioná “</w:t>
      </w: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2"/>
          <w:szCs w:val="22"/>
          <w:rtl w:val="0"/>
        </w:rPr>
        <w:t xml:space="preserve">Enviar”.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Verificá la confirmación de recepción.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2"/>
          <w:szCs w:val="22"/>
          <w:rtl w:val="0"/>
        </w:rPr>
        <w:t xml:space="preserve">Después del envío: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 la Secretaría evaluará y registrará la propuesta. Los proyectos requieren un informe de avance al finalizar el primer año y un informe final; las actividades, un informe final. Su aprobación habilita la resolución aprobatoria de la Facultad.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spacing w:after="60" w:before="8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882424" cy="535620"/>
            <wp:effectExtent b="0" l="0" r="0" t="0"/>
            <wp:docPr id="11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82424" cy="5356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24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5d5d5d"/>
          <w:sz w:val="18"/>
          <w:szCs w:val="18"/>
          <w:rtl w:val="0"/>
        </w:rPr>
        <w:t xml:space="preserve">Figura 7.</w:t>
      </w:r>
      <w:r w:rsidDel="00000000" w:rsidR="00000000" w:rsidRPr="00000000">
        <w:rPr>
          <w:rFonts w:ascii="Source Sans 3" w:cs="Source Sans 3" w:eastAsia="Source Sans 3" w:hAnsi="Source Sans 3"/>
          <w:color w:val="5d5d5d"/>
          <w:sz w:val="18"/>
          <w:szCs w:val="18"/>
          <w:rtl w:val="0"/>
        </w:rPr>
        <w:t xml:space="preserve"> Informes que corresponden a cada modalidad después del envío.</w:t>
      </w:r>
      <w:r w:rsidDel="00000000" w:rsidR="00000000" w:rsidRPr="00000000">
        <w:rPr>
          <w:rtl w:val="0"/>
        </w:rPr>
      </w:r>
    </w:p>
    <w:tbl>
      <w:tblPr>
        <w:tblStyle w:val="Table6"/>
        <w:tblW w:w="9752.0" w:type="dxa"/>
        <w:jc w:val="left"/>
        <w:tblInd w:w="-2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d4237" w:val="clear"/>
            <w:tcMar>
              <w:top w:w="140.0" w:type="dxa"/>
              <w:left w:w="200.0" w:type="dxa"/>
              <w:bottom w:w="140.0" w:type="dxa"/>
              <w:right w:w="200.0" w:type="dxa"/>
            </w:tcMar>
          </w:tcPr>
          <w:p w:rsidR="00000000" w:rsidDel="00000000" w:rsidP="00000000" w:rsidRDefault="00000000" w:rsidRPr="00000000" w14:paraId="00000060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¿Necesitás ayuda?   </w:t>
            </w:r>
            <w:r w:rsidDel="00000000" w:rsidR="00000000" w:rsidRPr="00000000">
              <w:rPr>
                <w:rFonts w:ascii="Source Sans 3" w:cs="Source Sans 3" w:eastAsia="Source Sans 3" w:hAnsi="Source Sans 3"/>
                <w:color w:val="ffffff"/>
                <w:sz w:val="22"/>
                <w:szCs w:val="22"/>
                <w:rtl w:val="0"/>
              </w:rPr>
              <w:t xml:space="preserve">Escribinos a </w:t>
            </w:r>
            <w:hyperlink r:id="rId30">
              <w:r w:rsidDel="00000000" w:rsidR="00000000" w:rsidRPr="00000000">
                <w:rPr>
                  <w:rFonts w:ascii="Source Sans 3" w:cs="Source Sans 3" w:eastAsia="Source Sans 3" w:hAnsi="Source Sans 3"/>
                  <w:color w:val="ffffff"/>
                  <w:sz w:val="22"/>
                  <w:szCs w:val="22"/>
                  <w:u w:val="single"/>
                  <w:rtl w:val="0"/>
                </w:rPr>
                <w:t xml:space="preserve">extension@fcefyn.unc.edu.ar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1"/>
        <w:spacing w:after="60" w:before="0" w:line="288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16"/>
          <w:szCs w:val="16"/>
          <w:rtl w:val="0"/>
        </w:rPr>
        <w:t xml:space="preserve">ANEXO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Title"/>
        <w:keepNext w:val="1"/>
        <w:pBdr>
          <w:bottom w:color="1d4237" w:space="6" w:sz="18" w:val="single"/>
        </w:pBdr>
        <w:spacing w:after="200" w:before="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40"/>
          <w:szCs w:val="40"/>
          <w:rtl w:val="0"/>
        </w:rPr>
        <w:t xml:space="preserve">Modelo de proyecto de extensión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Este modelo reproduce los campos del formulario en línea para registrar proyectos de extensión. Podés completarlo primero en Word, revisar tus respuestas y luego copiarlas y pegarlas en el formulario para realizar el registro. Seleccioná «Escribí aquí…» en cada recuadro y reemplazalo por tu respuesta; los espacios se amplían al escribir. El proyecto se presenta por un período de dos años.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60" w:before="0" w:line="288" w:lineRule="auto"/>
        <w:rPr/>
      </w:pPr>
      <w:hyperlink r:id="rId31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1d4237"/>
            <w:sz w:val="20"/>
            <w:szCs w:val="20"/>
            <w:u w:val="single"/>
            <w:rtl w:val="0"/>
          </w:rPr>
          <w:t xml:space="preserve">Abrir el modelo en Google Docs →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Este archivo contiene exclusivamente los campos de proyectos de extensión. La presentación se realiza en el formulario en línea.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2"/>
        <w:keepNext w:val="1"/>
        <w:spacing w:after="80" w:before="200" w:line="288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b2b2b"/>
          <w:sz w:val="22"/>
          <w:szCs w:val="22"/>
          <w:rtl w:val="0"/>
        </w:rPr>
        <w:t xml:space="preserve">Datos generales del proyecto</w:t>
      </w:r>
      <w:r w:rsidDel="00000000" w:rsidR="00000000" w:rsidRPr="00000000">
        <w:rPr>
          <w:rtl w:val="0"/>
        </w:rPr>
      </w:r>
    </w:p>
    <w:tbl>
      <w:tblPr>
        <w:tblStyle w:val="Table7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Título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Convocatoria y año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Elegí la convocatoria que corresponda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Palabras clave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Hasta tres, separadas por comas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Renovación de un proyecto previo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Indicá Sí o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Fecha de inicio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Día/mes/año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Fecha de finalización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Día/mes/año. Período de dos años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Código del proyecto anterior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Solo si renovás. Si no lo tenés, escribí No se posee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Resumen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Contá qué problema abordarás, en qué territorio, con qué población y contraparte, qué acciones realizarás y qué impacto esperás. Máximo 4200 caracteres.</w:t>
      </w:r>
      <w:r w:rsidDel="00000000" w:rsidR="00000000" w:rsidRPr="00000000">
        <w:rPr>
          <w:rtl w:val="0"/>
        </w:rPr>
      </w:r>
    </w:p>
    <w:tbl>
      <w:tblPr>
        <w:tblStyle w:val="Table11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752.0" w:type="dxa"/>
        <w:jc w:val="left"/>
        <w:tblInd w:w="-2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af7f1" w:val="clear"/>
            <w:tcMar>
              <w:top w:w="140.0" w:type="dxa"/>
              <w:left w:w="200.0" w:type="dxa"/>
              <w:bottom w:w="140.0" w:type="dxa"/>
              <w:right w:w="200.0" w:type="dxa"/>
            </w:tcMar>
          </w:tcPr>
          <w:p w:rsidR="00000000" w:rsidDel="00000000" w:rsidP="00000000" w:rsidRDefault="00000000" w:rsidRPr="00000000" w14:paraId="0000008B">
            <w:pPr>
              <w:spacing w:after="40" w:before="0" w:line="288" w:lineRule="auto"/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a85a0c"/>
                <w:sz w:val="15"/>
                <w:szCs w:val="15"/>
                <w:rtl w:val="0"/>
              </w:rPr>
              <w:t xml:space="preserve">CONSEJO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b2b2b"/>
                <w:sz w:val="21"/>
                <w:szCs w:val="21"/>
                <w:rtl w:val="0"/>
              </w:rPr>
              <w:t xml:space="preserve">Guardá una copia de este archivo antes de empezar. Podés completar el texto en varias etapas.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color w:val="1d4237"/>
          <w:sz w:val="30"/>
          <w:szCs w:val="30"/>
          <w:rtl w:val="0"/>
        </w:rPr>
        <w:t xml:space="preserve">Presentá la documentación ante la Dirección.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El director debe ser docente de la FCEFyN. La codirección es opcional y puede estar a cargo de un docente de la UNC o un nodocente de la FCEFyN.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2"/>
        <w:keepNext w:val="1"/>
        <w:spacing w:after="80" w:before="200" w:line="288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b2b2b"/>
          <w:sz w:val="22"/>
          <w:szCs w:val="22"/>
          <w:rtl w:val="0"/>
        </w:rPr>
        <w:t xml:space="preserve">Director o directora</w:t>
      </w:r>
      <w:r w:rsidDel="00000000" w:rsidR="00000000" w:rsidRPr="00000000">
        <w:rPr>
          <w:rtl w:val="0"/>
        </w:rPr>
      </w:r>
    </w:p>
    <w:tbl>
      <w:tblPr>
        <w:tblStyle w:val="Table13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Apellido y nombre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Legajo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Correo electrónico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Asignatura o área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Departamento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6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El proyecto tiene codirector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Indicá Sí o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Style w:val="Heading2"/>
        <w:keepNext w:val="1"/>
        <w:spacing w:after="80" w:before="200" w:line="288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b2b2b"/>
          <w:sz w:val="22"/>
          <w:szCs w:val="22"/>
          <w:rtl w:val="0"/>
        </w:rPr>
        <w:t xml:space="preserve">Codirector o codirectora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Completá estos recuadros únicamente si respondiste </w:t>
      </w: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2"/>
          <w:szCs w:val="22"/>
          <w:rtl w:val="0"/>
        </w:rPr>
        <w:t xml:space="preserve">Sí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7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Apellido y nombre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Legajo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8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Correo electrónico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9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Asignatura o área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Estamento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Docente FCEFyN / Docente UNC / Nodocente FCEFyN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0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Institución o dependencia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30"/>
          <w:szCs w:val="30"/>
          <w:rtl w:val="0"/>
        </w:rPr>
        <w:t xml:space="preserve">Armá el equipo de trabajo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Se requiere al menos un graduado o estudiante de posgrado y un mínimo de cinco estudiantes de grado. Completá un registro por integrante y duplicá este bloque las veces que necesites.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Style w:val="Heading2"/>
        <w:keepNext w:val="1"/>
        <w:spacing w:after="80" w:before="200" w:line="288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b2b2b"/>
          <w:sz w:val="22"/>
          <w:szCs w:val="22"/>
          <w:rtl w:val="0"/>
        </w:rPr>
        <w:t xml:space="preserve">Registro de integrante</w:t>
      </w:r>
      <w:r w:rsidDel="00000000" w:rsidR="00000000" w:rsidRPr="00000000">
        <w:rPr>
          <w:rtl w:val="0"/>
        </w:rPr>
      </w:r>
    </w:p>
    <w:tbl>
      <w:tblPr>
        <w:tblStyle w:val="Table21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Apellido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Nombre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E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2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Institución o unidad académica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Cátedra o área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5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3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Claustro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Docente, nodocente, graduado, estudiante de grado o posgrado, actor extrauniversitario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DNI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4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Correo electrónico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Rol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Integrante del Equipo / Actor Extrauniversitario / Graduado / Estudiante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Texto del equipo para copiar al formulario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Usá comas entre los datos y una barra / entre integrantes. Orden: Apellido, Nombre, Institución/Unidad Académica, Cátedra/Área, Claustro, DNI, Email, Rol.</w:t>
      </w:r>
      <w:r w:rsidDel="00000000" w:rsidR="00000000" w:rsidRPr="00000000">
        <w:rPr>
          <w:rtl w:val="0"/>
        </w:rPr>
      </w:r>
    </w:p>
    <w:tbl>
      <w:tblPr>
        <w:tblStyle w:val="Table25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6"/>
        <w:tblW w:w="9752.0" w:type="dxa"/>
        <w:jc w:val="left"/>
        <w:tblInd w:w="-2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af7f1" w:val="clear"/>
            <w:tcMar>
              <w:top w:w="140.0" w:type="dxa"/>
              <w:left w:w="200.0" w:type="dxa"/>
              <w:bottom w:w="140.0" w:type="dxa"/>
              <w:right w:w="200.0" w:type="dxa"/>
            </w:tcMar>
          </w:tcPr>
          <w:p w:rsidR="00000000" w:rsidDel="00000000" w:rsidP="00000000" w:rsidRDefault="00000000" w:rsidRPr="00000000" w14:paraId="000000EA">
            <w:pPr>
              <w:spacing w:after="40" w:before="0" w:line="288" w:lineRule="auto"/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a85a0c"/>
                <w:sz w:val="15"/>
                <w:szCs w:val="15"/>
                <w:rtl w:val="0"/>
              </w:rPr>
              <w:t xml:space="preserve">CONSEJO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b2b2b"/>
                <w:sz w:val="21"/>
                <w:szCs w:val="21"/>
                <w:rtl w:val="0"/>
              </w:rPr>
              <w:t xml:space="preserve">También podés usar la herramienta de carga del equipo vinculada en el formulario: completá los datos, copiá el texto generado y pegalo en el campo correspondiente. Para docentes y nodocentes, utilizá el rol “Integrante del Equipo”.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C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30"/>
          <w:szCs w:val="30"/>
          <w:rtl w:val="0"/>
        </w:rPr>
        <w:t xml:space="preserve">Sumá las contrapartes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El proyecto necesita al menos una contraparte externa a la Universidad. Completá un bloque por organización. El formulario permite cargar hasta cinco.</w:t>
      </w:r>
      <w:r w:rsidDel="00000000" w:rsidR="00000000" w:rsidRPr="00000000">
        <w:rPr>
          <w:rtl w:val="0"/>
        </w:rPr>
      </w:r>
    </w:p>
    <w:tbl>
      <w:tblPr>
        <w:tblStyle w:val="Table27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Nombre o razón social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Tipo de organización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Por ejemplo, municipio, escuela, asociación o empresa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8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CUIT CUIL o CUE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Para escuelas, CUE según corresponda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Domicilio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9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Responsable de la organización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Teléfono y correo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30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Existe convenio con la UNC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Sí /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Resolución del convenio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Solo si corresponde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E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31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Número de expediente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Si corresponde. Formato completo EX-AÑO-XXXXXXXX- -UNC-ME#FCEFYN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2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Origen de la vinculación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Explicá cómo surgió la problemática, qué diálogo previo hubo, quiénes participaron y qué esperan de la propuesta. Máximo 3000 palabras.</w:t>
      </w:r>
      <w:r w:rsidDel="00000000" w:rsidR="00000000" w:rsidRPr="00000000">
        <w:rPr>
          <w:rtl w:val="0"/>
        </w:rPr>
      </w:r>
    </w:p>
    <w:tbl>
      <w:tblPr>
        <w:tblStyle w:val="Table32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6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Rol de la organización contraparte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Contá cómo participó en el diseño y qué participación tendrá durante la ejecución. Máximo 1800 caracteres.</w:t>
      </w:r>
      <w:r w:rsidDel="00000000" w:rsidR="00000000" w:rsidRPr="00000000">
        <w:rPr>
          <w:rtl w:val="0"/>
        </w:rPr>
      </w:r>
    </w:p>
    <w:tbl>
      <w:tblPr>
        <w:tblStyle w:val="Table33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A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34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B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Hay otra contraparte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Sí / No. Si respondés Sí, duplicá este bloque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E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30"/>
          <w:szCs w:val="30"/>
          <w:rtl w:val="0"/>
        </w:rPr>
        <w:t xml:space="preserve">Definí el problema y los objetivos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Mostrá el vínculo con el territorio y el intercambio de saberes con la comunidad. La propuesta debe tener carácter extensionista; su eje no puede ser exclusivamente enseñar o investigar.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Problemática y fundamentación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Describí el contexto territorial, la necesidad a abordar y la articulación con docencia e investigación. Incluí el carácter extensionista de las acciones y sus posibilidades de replicabilidad. Máximo 5000 caracteres.</w:t>
      </w:r>
      <w:r w:rsidDel="00000000" w:rsidR="00000000" w:rsidRPr="00000000">
        <w:rPr>
          <w:rtl w:val="0"/>
        </w:rPr>
      </w:r>
    </w:p>
    <w:tbl>
      <w:tblPr>
        <w:tblStyle w:val="Table35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4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Objetivo general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Definí un único objetivo que exprese la intención principal de la intervención.</w:t>
      </w:r>
      <w:r w:rsidDel="00000000" w:rsidR="00000000" w:rsidRPr="00000000">
        <w:rPr>
          <w:rtl w:val="0"/>
        </w:rPr>
      </w:r>
    </w:p>
    <w:tbl>
      <w:tblPr>
        <w:tblStyle w:val="Table36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8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Objetivos específicos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Escribí uno por línea: OE1, OE2, OE3… Empezá con un verbo en infinitivo y explicá qué buscás realizar y para qué.</w:t>
      </w:r>
      <w:r w:rsidDel="00000000" w:rsidR="00000000" w:rsidRPr="00000000">
        <w:rPr>
          <w:rtl w:val="0"/>
        </w:rPr>
      </w:r>
    </w:p>
    <w:tbl>
      <w:tblPr>
        <w:tblStyle w:val="Table37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color w:val="1d4237"/>
          <w:sz w:val="30"/>
          <w:szCs w:val="30"/>
          <w:rtl w:val="0"/>
        </w:rPr>
        <w:t xml:space="preserve">Detallá cómo se llevará adelante el proyecto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Relacioná la forma de trabajo con los objetivos y con los resultados que querés alcanzar. Indicá cómo participarán la comunidad y las organizaciones contraparte.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Metodología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Describí estrategias, acciones principales, participantes y participación de la comunidad en cada etapa. Máximo 3000 caracteres.</w:t>
      </w:r>
      <w:r w:rsidDel="00000000" w:rsidR="00000000" w:rsidRPr="00000000">
        <w:rPr>
          <w:rtl w:val="0"/>
        </w:rPr>
      </w:r>
    </w:p>
    <w:tbl>
      <w:tblPr>
        <w:tblStyle w:val="Table38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2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Indicadores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Indicá cómo vas a verificar el cumplimiento de los objetivos y el impacto. Procurá que sean claros y medibles.</w:t>
      </w:r>
      <w:r w:rsidDel="00000000" w:rsidR="00000000" w:rsidRPr="00000000">
        <w:rPr>
          <w:rtl w:val="0"/>
        </w:rPr>
      </w:r>
    </w:p>
    <w:tbl>
      <w:tblPr>
        <w:tblStyle w:val="Table39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6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Beneficiarios impacto y resultados esperados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Describí población, perfil, ubicación, necesidades u oportunidades y resultados esperados. Máximo 3000 caracteres.</w:t>
      </w:r>
      <w:r w:rsidDel="00000000" w:rsidR="00000000" w:rsidRPr="00000000">
        <w:rPr>
          <w:rtl w:val="0"/>
        </w:rPr>
      </w:r>
    </w:p>
    <w:tbl>
      <w:tblPr>
        <w:tblStyle w:val="Table40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A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Estrategias para la sostenibilidad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Explicá qué acciones y alianzas permitirán continuar luego del proyecto. Máximo 1800 caracteres.</w:t>
      </w:r>
      <w:r w:rsidDel="00000000" w:rsidR="00000000" w:rsidRPr="00000000">
        <w:rPr>
          <w:rtl w:val="0"/>
        </w:rPr>
      </w:r>
    </w:p>
    <w:tbl>
      <w:tblPr>
        <w:tblStyle w:val="Table41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E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Relación con las disciplinas de la FCEFyN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Contá cómo se relaciona la propuesta con las disciplinas de la Facultad. Máximo 2000 caracteres.</w:t>
      </w:r>
      <w:r w:rsidDel="00000000" w:rsidR="00000000" w:rsidRPr="00000000">
        <w:rPr>
          <w:rtl w:val="0"/>
        </w:rPr>
      </w:r>
    </w:p>
    <w:tbl>
      <w:tblPr>
        <w:tblStyle w:val="Table42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2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Facilidades disponibles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Detallá instalaciones, equipos, infraestructura, movilidad, software u otros recursos.</w:t>
      </w:r>
      <w:r w:rsidDel="00000000" w:rsidR="00000000" w:rsidRPr="00000000">
        <w:rPr>
          <w:rtl w:val="0"/>
        </w:rPr>
      </w:r>
    </w:p>
    <w:tbl>
      <w:tblPr>
        <w:tblStyle w:val="Table43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6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d4237"/>
          <w:sz w:val="30"/>
          <w:szCs w:val="30"/>
          <w:rtl w:val="0"/>
        </w:rPr>
        <w:t xml:space="preserve">Planificá las acciones y los recursos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Completá un registro por actividad y por fuente de financiamiento. Podés duplicar los bloques o usar las herramientas de ayuda del formulario.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pStyle w:val="Heading2"/>
        <w:keepNext w:val="1"/>
        <w:spacing w:after="80" w:before="200" w:line="288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b2b2b"/>
          <w:sz w:val="22"/>
          <w:szCs w:val="22"/>
          <w:rtl w:val="0"/>
        </w:rPr>
        <w:t xml:space="preserve">Actividad del cronograma</w:t>
      </w:r>
      <w:r w:rsidDel="00000000" w:rsidR="00000000" w:rsidRPr="00000000">
        <w:rPr>
          <w:rtl w:val="0"/>
        </w:rPr>
      </w:r>
    </w:p>
    <w:tbl>
      <w:tblPr>
        <w:tblStyle w:val="Table44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Número de actividad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4C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Período de realización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Por ejemplo: Año 1 - meses 1 a 3. Sin paréntesis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1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Descripción de la actividad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Explicá qué se hará. Los meses se cuentan desde el inicio del proyecto y el período es obligatorio.</w:t>
      </w:r>
      <w:r w:rsidDel="00000000" w:rsidR="00000000" w:rsidRPr="00000000">
        <w:rPr>
          <w:rtl w:val="0"/>
        </w:rPr>
      </w:r>
    </w:p>
    <w:tbl>
      <w:tblPr>
        <w:tblStyle w:val="Table45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5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46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56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Objetivo específico relacionado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OE1, OE2 u otro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Indicador relacionado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D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Cronograma para copiar al formulario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Formato: N° de actividad, Descripción, Período, Objetivo específico, Indicador. Separá las actividades con una barra /.</w:t>
      </w:r>
      <w:r w:rsidDel="00000000" w:rsidR="00000000" w:rsidRPr="00000000">
        <w:rPr>
          <w:rtl w:val="0"/>
        </w:rPr>
      </w:r>
    </w:p>
    <w:tbl>
      <w:tblPr>
        <w:tblStyle w:val="Table47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1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pStyle w:val="Heading2"/>
        <w:keepNext w:val="1"/>
        <w:spacing w:after="80" w:before="200" w:line="288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b2b2b"/>
          <w:sz w:val="22"/>
          <w:szCs w:val="22"/>
          <w:rtl w:val="0"/>
        </w:rPr>
        <w:t xml:space="preserve">Recursos financieros</w:t>
      </w:r>
      <w:r w:rsidDel="00000000" w:rsidR="00000000" w:rsidRPr="00000000">
        <w:rPr>
          <w:rtl w:val="0"/>
        </w:rPr>
      </w:r>
    </w:p>
    <w:tbl>
      <w:tblPr>
        <w:tblStyle w:val="Table48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3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Cuenta con recursos financieros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Sí /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6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Origen de los fondos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Convenios / Subsidios / Otros. Solo si respondiste Sí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B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49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C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Número de financiamiento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E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Monto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2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50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3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Número de resolución del convenio o subsidio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5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Detalle de las fuentes para copiar al formulario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Formato: N° de financiamiento, Monto, N° de resolución. Separá las fuentes con una barra /.</w:t>
      </w:r>
      <w:r w:rsidDel="00000000" w:rsidR="00000000" w:rsidRPr="00000000">
        <w:rPr>
          <w:rtl w:val="0"/>
        </w:rPr>
      </w:r>
    </w:p>
    <w:tbl>
      <w:tblPr>
        <w:tblStyle w:val="Table51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9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keepNext w:val="1"/>
        <w:spacing w:after="60" w:before="0" w:line="288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a85a0c"/>
          <w:sz w:val="16"/>
          <w:szCs w:val="16"/>
          <w:rtl w:val="0"/>
        </w:rPr>
        <w:t xml:space="preserve">ANEXO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pStyle w:val="Title"/>
        <w:keepNext w:val="1"/>
        <w:pBdr>
          <w:bottom w:color="a85a0c" w:space="6" w:sz="18" w:val="single"/>
        </w:pBdr>
        <w:spacing w:after="200" w:before="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a85a0c"/>
          <w:sz w:val="40"/>
          <w:szCs w:val="40"/>
          <w:rtl w:val="0"/>
        </w:rPr>
        <w:t xml:space="preserve">Modelo de actividad de extensión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Este modelo reproduce los campos del formulario en línea para registrar actividades de extensión. Podés completarlo primero en Word, revisar tus respuestas y luego copiarlas y pegarlas en el formulario para realizar el registro. Seleccioná «Escribí aquí…» en cada recuadro y reemplazalo por tu respuesta; los espacios se amplían al escribir. La actividad debe ser episódica y tener una extensión total inferior a un año.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spacing w:after="160" w:before="0" w:line="288" w:lineRule="auto"/>
        <w:rPr/>
      </w:pPr>
      <w:hyperlink r:id="rId32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a85a0c"/>
            <w:sz w:val="20"/>
            <w:szCs w:val="20"/>
            <w:u w:val="single"/>
            <w:rtl w:val="0"/>
          </w:rPr>
          <w:t xml:space="preserve">Abrir el modelo en Google Docs →</w:t>
        </w:r>
      </w:hyperlink>
      <w:r w:rsidDel="00000000" w:rsidR="00000000" w:rsidRPr="00000000">
        <w:rPr>
          <w:rtl w:val="0"/>
        </w:rPr>
      </w:r>
    </w:p>
    <w:tbl>
      <w:tblPr>
        <w:tblStyle w:val="Table52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F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Tipo de actividad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CSE / Convenios / Becas / Extracurriculares / Evaluación / Asignatura curricularizada / Otra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2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53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3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Si elegiste Otra especificá cuál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Completá solo si corresponde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6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54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7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Título o nombre de la actividad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9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Descripción y objetivo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Contá qué vas a hacer, para qué, con quiénes y a quiénes se dirige la actividad.</w:t>
      </w:r>
      <w:r w:rsidDel="00000000" w:rsidR="00000000" w:rsidRPr="00000000">
        <w:rPr>
          <w:rtl w:val="0"/>
        </w:rPr>
      </w:r>
    </w:p>
    <w:tbl>
      <w:tblPr>
        <w:tblStyle w:val="Table55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D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56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E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Fecha de inicio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Día/mes/año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91">
            <w:pPr>
              <w:keepNext w:val="1"/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Fecha de finalización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5d5d5d"/>
                <w:sz w:val="18"/>
                <w:szCs w:val="18"/>
                <w:rtl w:val="0"/>
              </w:rPr>
              <w:t xml:space="preserve">Día/mes/año. Extensión total inferior a un año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6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pStyle w:val="Heading2"/>
        <w:keepNext w:val="1"/>
        <w:spacing w:after="80" w:before="200" w:line="288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b2b2b"/>
          <w:sz w:val="22"/>
          <w:szCs w:val="22"/>
          <w:rtl w:val="0"/>
        </w:rPr>
        <w:t xml:space="preserve">Responsable docente de la FCEFyN</w:t>
      </w:r>
      <w:r w:rsidDel="00000000" w:rsidR="00000000" w:rsidRPr="00000000">
        <w:rPr>
          <w:rtl w:val="0"/>
        </w:rPr>
      </w:r>
    </w:p>
    <w:tbl>
      <w:tblPr>
        <w:tblStyle w:val="Table57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98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Apellido y nombre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9A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DNI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E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58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9F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Legajo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A1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Correo electrónico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5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59"/>
        <w:tblW w:w="97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36"/>
        <w:gridCol w:w="280"/>
        <w:gridCol w:w="4736"/>
        <w:tblGridChange w:id="0">
          <w:tblGrid>
            <w:gridCol w:w="4736"/>
            <w:gridCol w:w="280"/>
            <w:gridCol w:w="47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A6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A8">
            <w:pPr>
              <w:keepNext w:val="1"/>
              <w:spacing w:after="60" w:before="0" w:line="252.00000000000003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b w:val="1"/>
                <w:bCs w:val="1"/>
                <w:color w:val="2b2b2b"/>
                <w:sz w:val="20"/>
                <w:szCs w:val="20"/>
                <w:rtl w:val="0"/>
              </w:rPr>
              <w:t xml:space="preserve">Cargo o cátedra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C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pStyle w:val="Heading1"/>
        <w:keepNext w:val="1"/>
        <w:spacing w:after="120" w:before="280" w:line="240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a85a0c"/>
          <w:sz w:val="30"/>
          <w:szCs w:val="30"/>
          <w:rtl w:val="0"/>
        </w:rPr>
        <w:t xml:space="preserve">Completá el equipo y la documentación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spacing w:after="160" w:before="0" w:line="30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b2b2b"/>
          <w:sz w:val="22"/>
          <w:szCs w:val="22"/>
          <w:rtl w:val="0"/>
        </w:rPr>
        <w:t xml:space="preserve">Incluí al menos un estudiante de grado, salvo las actividades extracurriculares comprendidas en la Res. 307-HCD-1996. En CSE, incorporá también a los estudiantes participantes.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Datos del equipo de trabajo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Orden: Apellido, Nombre, Institución/Unidad Académica, Cátedra/Área, Claustro, DNI, Email, Rol. Usá comas entre datos y / entre personas. Para docentes y nodocentes, el rol es Integrante del Equipo.</w:t>
      </w:r>
      <w:r w:rsidDel="00000000" w:rsidR="00000000" w:rsidRPr="00000000">
        <w:rPr>
          <w:rtl w:val="0"/>
        </w:rPr>
      </w:r>
    </w:p>
    <w:tbl>
      <w:tblPr>
        <w:tblStyle w:val="Table60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2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pStyle w:val="Heading2"/>
        <w:keepNext w:val="1"/>
        <w:spacing w:after="80" w:before="200" w:line="288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b2b2b"/>
          <w:sz w:val="22"/>
          <w:szCs w:val="22"/>
          <w:rtl w:val="0"/>
        </w:rPr>
        <w:t xml:space="preserve">Documentos según el tipo de actividad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spacing w:after="60" w:before="0" w:line="288" w:lineRule="auto"/>
        <w:ind w:left="360" w:hanging="280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1d4237"/>
          <w:sz w:val="22"/>
          <w:szCs w:val="22"/>
          <w:rtl w:val="0"/>
        </w:rPr>
        <w:t xml:space="preserve">• 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1"/>
          <w:szCs w:val="21"/>
          <w:rtl w:val="0"/>
        </w:rPr>
        <w:t xml:space="preserve">CSE: PDF del proyecto generado por el Gestor.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after="60" w:before="0" w:line="288" w:lineRule="auto"/>
        <w:ind w:left="360" w:hanging="280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1d4237"/>
          <w:sz w:val="22"/>
          <w:szCs w:val="22"/>
          <w:rtl w:val="0"/>
        </w:rPr>
        <w:t xml:space="preserve">• 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1"/>
          <w:szCs w:val="21"/>
          <w:rtl w:val="0"/>
        </w:rPr>
        <w:t xml:space="preserve">Convenios: resolución y anexos.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after="60" w:before="0" w:line="288" w:lineRule="auto"/>
        <w:ind w:left="360" w:hanging="280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1d4237"/>
          <w:sz w:val="22"/>
          <w:szCs w:val="22"/>
          <w:rtl w:val="0"/>
        </w:rPr>
        <w:t xml:space="preserve">• 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1"/>
          <w:szCs w:val="21"/>
          <w:rtl w:val="0"/>
        </w:rPr>
        <w:t xml:space="preserve">Becas: resolución aprobatoria.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spacing w:after="60" w:before="0" w:line="288" w:lineRule="auto"/>
        <w:ind w:left="360" w:hanging="280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1d4237"/>
          <w:sz w:val="22"/>
          <w:szCs w:val="22"/>
          <w:rtl w:val="0"/>
        </w:rPr>
        <w:t xml:space="preserve">• 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1"/>
          <w:szCs w:val="21"/>
          <w:rtl w:val="0"/>
        </w:rPr>
        <w:t xml:space="preserve">Extracurriculares: resolución aprobatoria y programa.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spacing w:after="60" w:before="0" w:line="288" w:lineRule="auto"/>
        <w:ind w:left="360" w:hanging="280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1d4237"/>
          <w:sz w:val="22"/>
          <w:szCs w:val="22"/>
          <w:rtl w:val="0"/>
        </w:rPr>
        <w:t xml:space="preserve">• 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1"/>
          <w:szCs w:val="21"/>
          <w:rtl w:val="0"/>
        </w:rPr>
        <w:t xml:space="preserve">Evaluación: documentación que acredite la participación y reglamento del programa evaluado.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spacing w:after="60" w:before="0" w:line="288" w:lineRule="auto"/>
        <w:ind w:left="360" w:hanging="280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1d4237"/>
          <w:sz w:val="22"/>
          <w:szCs w:val="22"/>
          <w:rtl w:val="0"/>
        </w:rPr>
        <w:t xml:space="preserve">• 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1"/>
          <w:szCs w:val="21"/>
          <w:rtl w:val="0"/>
        </w:rPr>
        <w:t xml:space="preserve">Curricularización: resolución aprobatoria de la asignatura y proyecto presentado.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pacing w:after="60" w:before="0" w:line="288" w:lineRule="auto"/>
        <w:ind w:left="360" w:hanging="280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1d4237"/>
          <w:sz w:val="22"/>
          <w:szCs w:val="22"/>
          <w:rtl w:val="0"/>
        </w:rPr>
        <w:t xml:space="preserve">•  </w:t>
      </w:r>
      <w:r w:rsidDel="00000000" w:rsidR="00000000" w:rsidRPr="00000000">
        <w:rPr>
          <w:rFonts w:ascii="Source Sans 3" w:cs="Source Sans 3" w:eastAsia="Source Sans 3" w:hAnsi="Source Sans 3"/>
          <w:color w:val="2b2b2b"/>
          <w:sz w:val="21"/>
          <w:szCs w:val="21"/>
          <w:rtl w:val="0"/>
        </w:rPr>
        <w:t xml:space="preserve">Para otras: Nota Aval firmado por el adoptante.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keepNext w:val="1"/>
        <w:spacing w:after="20" w:before="120" w:line="288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b2b2b"/>
          <w:sz w:val="21"/>
          <w:szCs w:val="21"/>
          <w:rtl w:val="0"/>
        </w:rPr>
        <w:t xml:space="preserve">Enlace a la documentación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1"/>
        <w:spacing w:after="80" w:before="0" w:line="264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5d5d5d"/>
          <w:sz w:val="19"/>
          <w:szCs w:val="19"/>
          <w:rtl w:val="0"/>
        </w:rPr>
        <w:t xml:space="preserve">Pegá una ubicación donde puedan verse la aprobación y el detalle de la actividad. Probá que la Secretaría pueda abrir los documentos.</w:t>
      </w:r>
      <w:r w:rsidDel="00000000" w:rsidR="00000000" w:rsidRPr="00000000">
        <w:rPr>
          <w:rtl w:val="0"/>
        </w:rPr>
      </w:r>
    </w:p>
    <w:tbl>
      <w:tblPr>
        <w:tblStyle w:val="Table61"/>
        <w:tblW w:w="9752.0" w:type="dxa"/>
        <w:jc w:val="left"/>
        <w:tblInd w:w="-1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d8d2c6" w:space="0" w:sz="6" w:val="single"/>
              <w:left w:color="d8d2c6" w:space="0" w:sz="6" w:val="single"/>
              <w:bottom w:color="d8d2c6" w:space="0" w:sz="6" w:val="single"/>
              <w:right w:color="d8d2c6" w:space="0" w:sz="6" w:val="single"/>
            </w:tcBorders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="288" w:lineRule="auto"/>
              <w:rPr/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8c8c8c"/>
                <w:sz w:val="20"/>
                <w:szCs w:val="20"/>
                <w:rtl w:val="0"/>
              </w:rPr>
              <w:t xml:space="preserve">Escribí aquí…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F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sectPr>
      <w:headerReference r:id="rId33" w:type="default"/>
      <w:footerReference r:id="rId34" w:type="default"/>
      <w:pgSz w:h="16838" w:w="11906" w:orient="portrait"/>
      <w:pgMar w:bottom="1077" w:top="1417" w:left="1077" w:right="1077" w:header="39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Source Sans 3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right" w:leader="none" w:pos="9751"/>
      </w:tabs>
      <w:spacing w:after="0" w:before="0" w:line="240" w:lineRule="auto"/>
      <w:ind w:left="0" w:right="0" w:firstLine="0"/>
      <w:jc w:val="left"/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30303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303030"/>
        <w:sz w:val="19"/>
        <w:szCs w:val="19"/>
        <w:u w:val="none"/>
        <w:shd w:fill="auto" w:val="clear"/>
        <w:vertAlign w:val="baseline"/>
      </w:rPr>
      <w:drawing>
        <wp:inline distB="0" distT="0" distL="114300" distR="114300">
          <wp:extent cx="1440000" cy="396408"/>
          <wp:effectExtent b="0" l="0" r="0" t="0"/>
          <wp:docPr descr="Facultad de Ciencias Exactas Físicas y Naturales UNC" id="115" name="image6.png"/>
          <a:graphic>
            <a:graphicData uri="http://schemas.openxmlformats.org/drawingml/2006/picture">
              <pic:pic>
                <pic:nvPicPr>
                  <pic:cNvPr descr="Facultad de Ciencias Exactas Físicas y Naturales UNC"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0000" cy="39640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303030"/>
        <w:sz w:val="16"/>
        <w:szCs w:val="1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2e6268"/>
        <w:sz w:val="16"/>
        <w:szCs w:val="16"/>
        <w:u w:val="none"/>
        <w:shd w:fill="auto" w:val="clear"/>
        <w:vertAlign w:val="baseline"/>
        <w:rtl w:val="0"/>
      </w:rPr>
      <w:t xml:space="preserve">MODELO DE PROYECTO  ·  </w:t>
    </w:r>
    <w:r w:rsidDel="00000000" w:rsidR="00000000" w:rsidRPr="00000000"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303030"/>
        <w:sz w:val="19"/>
        <w:szCs w:val="19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30303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303030"/>
        <w:sz w:val="19"/>
        <w:szCs w:val="19"/>
        <w:u w:val="none"/>
        <w:shd w:fill="auto" w:val="clear"/>
        <w:vertAlign w:val="baseline"/>
      </w:rPr>
      <w:drawing>
        <wp:inline distB="0" distT="0" distL="114300" distR="114300">
          <wp:extent cx="1656000" cy="375088"/>
          <wp:effectExtent b="0" l="0" r="0" t="0"/>
          <wp:docPr descr="Secretaría de Extensión FCEFyN UNC" id="116" name="image9.png"/>
          <a:graphic>
            <a:graphicData uri="http://schemas.openxmlformats.org/drawingml/2006/picture">
              <pic:pic>
                <pic:nvPicPr>
                  <pic:cNvPr descr="Secretaría de Extensión FCEFyN UNC" id="0" name="image9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6000" cy="3750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color w:val="303030"/>
        <w:sz w:val="19"/>
        <w:szCs w:val="19"/>
        <w:lang w:val="en"/>
      </w:rPr>
    </w:rPrDefault>
    <w:pPrDefault>
      <w:pPr>
        <w:spacing w:after="100" w:line="25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40" w:lineRule="auto"/>
    </w:pPr>
    <w:rPr>
      <w:rFonts w:ascii="Montserrat" w:cs="Montserrat" w:eastAsia="Montserrat" w:hAnsi="Montserrat"/>
      <w:b w:val="1"/>
      <w:bCs w:val="1"/>
      <w:color w:val="1d483d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140" w:lineRule="auto"/>
    </w:pPr>
    <w:rPr>
      <w:rFonts w:ascii="Montserrat" w:cs="Montserrat" w:eastAsia="Montserrat" w:hAnsi="Montserrat"/>
      <w:b w:val="1"/>
      <w:bCs w:val="1"/>
      <w:color w:val="1d483d"/>
      <w:sz w:val="23"/>
      <w:szCs w:val="23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200" w:before="0" w:line="240" w:lineRule="auto"/>
    </w:pPr>
    <w:rPr>
      <w:rFonts w:ascii="Montserrat" w:cs="Montserrat" w:eastAsia="Montserrat" w:hAnsi="Montserrat"/>
      <w:b w:val="1"/>
      <w:bCs w:val="1"/>
      <w:color w:val="1d483d"/>
      <w:sz w:val="48"/>
      <w:szCs w:val="48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  <w:rPr>
      <w:rFonts w:ascii="Montserrat" w:hAnsi="Montserrat"/>
      <w:color w:val="303030"/>
    </w:r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>
      <w:spacing w:after="280" w:before="0" w:lineRule="auto"/>
    </w:pPr>
    <w:rPr>
      <w:rFonts w:ascii="Montserrat" w:cs="Montserrat" w:eastAsia="Montserrat" w:hAnsi="Montserrat"/>
      <w:i w:val="1"/>
      <w:iCs w:val="1"/>
      <w:color w:val="2e6268"/>
      <w:sz w:val="22"/>
      <w:szCs w:val="22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fcefyn.unc.edu.ar/facultad/secretarias/extension/prosecretaria-de-vinculacion-tecnologica/formulario-de-convenios-ordenanza-hcs-612-1808/" TargetMode="External"/><Relationship Id="rId22" Type="http://schemas.openxmlformats.org/officeDocument/2006/relationships/hyperlink" Target="https://fcefyn.unc.edu.ar/facultad/secretarias/extension/area-de-formacion-continua/como-dictar-un-curso/" TargetMode="External"/><Relationship Id="rId21" Type="http://schemas.openxmlformats.org/officeDocument/2006/relationships/hyperlink" Target="https://fcefyn.unc.edu.ar/facultad/secretarias/extension/documentacion-descargar-becas/" TargetMode="External"/><Relationship Id="rId24" Type="http://schemas.openxmlformats.org/officeDocument/2006/relationships/hyperlink" Target="https://sites.google.com/unc.edu.ar/cargador-equipo-extension/p%C3%A1gina-principal" TargetMode="External"/><Relationship Id="rId23" Type="http://schemas.openxmlformats.org/officeDocument/2006/relationships/hyperlink" Target="https://digesto.unc.edu.ar/handle/123456789/341978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forms/d/e/1FAIpQLSd_ML-BHrXxuglkQIvP8WnadVnh6BQlFHszVjr0nUqSrCEf6w/viewform" TargetMode="External"/><Relationship Id="rId26" Type="http://schemas.openxmlformats.org/officeDocument/2006/relationships/hyperlink" Target="https://fcefyn.unc.edu.ar/facultad/secretarias/extension/prosecretaria-de-vinculacion-tecnologica/formulario-de-convenios-ordenanza-hcs-612-1808/" TargetMode="External"/><Relationship Id="rId25" Type="http://schemas.openxmlformats.org/officeDocument/2006/relationships/hyperlink" Target="https://digesto.unc.edu.ar/handle/123456789/341978" TargetMode="External"/><Relationship Id="rId28" Type="http://schemas.openxmlformats.org/officeDocument/2006/relationships/hyperlink" Target="https://fcefyn.unc.edu.ar/facultad/secretarias/extension/area-de-formacion-continua/como-dictar-un-curso/" TargetMode="External"/><Relationship Id="rId27" Type="http://schemas.openxmlformats.org/officeDocument/2006/relationships/hyperlink" Target="https://fcefyn.unc.edu.ar/facultad/secretarias/extension/documentacion-descargar-beca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3.png"/><Relationship Id="rId7" Type="http://schemas.openxmlformats.org/officeDocument/2006/relationships/hyperlink" Target="https://digesto.unc.edu.ar/handle/123456789/631332" TargetMode="External"/><Relationship Id="rId8" Type="http://schemas.openxmlformats.org/officeDocument/2006/relationships/image" Target="media/image4.png"/><Relationship Id="rId31" Type="http://schemas.openxmlformats.org/officeDocument/2006/relationships/hyperlink" Target="https://docs.google.com/document/d/1CFx-61jesA5cBhh3tFmZDXwRCp8oVrYB/edit?usp=drive_web&amp;ouid=101013590106895233538&amp;rtpof=true" TargetMode="External"/><Relationship Id="rId30" Type="http://schemas.openxmlformats.org/officeDocument/2006/relationships/hyperlink" Target="mailto:extension@fcefyn.unc.edu.ar" TargetMode="External"/><Relationship Id="rId11" Type="http://schemas.openxmlformats.org/officeDocument/2006/relationships/image" Target="media/image1.png"/><Relationship Id="rId33" Type="http://schemas.openxmlformats.org/officeDocument/2006/relationships/header" Target="header1.xml"/><Relationship Id="rId10" Type="http://schemas.openxmlformats.org/officeDocument/2006/relationships/hyperlink" Target="https://digesto.unc.edu.ar/handle/123456789/631332" TargetMode="External"/><Relationship Id="rId32" Type="http://schemas.openxmlformats.org/officeDocument/2006/relationships/hyperlink" Target="https://docs.google.com/document/d/1UsdB4-H6qL28jfFFWHnBjtKJVArCK7Fp/edit" TargetMode="External"/><Relationship Id="rId13" Type="http://schemas.openxmlformats.org/officeDocument/2006/relationships/hyperlink" Target="https://sites.google.com/unc.edu.ar/cargador-equipo-extension/p%C3%A1gina-principal" TargetMode="External"/><Relationship Id="rId12" Type="http://schemas.openxmlformats.org/officeDocument/2006/relationships/image" Target="media/image2.png"/><Relationship Id="rId34" Type="http://schemas.openxmlformats.org/officeDocument/2006/relationships/footer" Target="footer1.xml"/><Relationship Id="rId15" Type="http://schemas.openxmlformats.org/officeDocument/2006/relationships/image" Target="media/image8.png"/><Relationship Id="rId14" Type="http://schemas.openxmlformats.org/officeDocument/2006/relationships/image" Target="media/image5.png"/><Relationship Id="rId17" Type="http://schemas.openxmlformats.org/officeDocument/2006/relationships/hyperlink" Target="https://sites.google.com/unc.edu.ar/plan-actividades-extension/p%C3%A1gina-principal" TargetMode="External"/><Relationship Id="rId16" Type="http://schemas.openxmlformats.org/officeDocument/2006/relationships/image" Target="media/image7.png"/><Relationship Id="rId19" Type="http://schemas.openxmlformats.org/officeDocument/2006/relationships/hyperlink" Target="https://digesto.unc.edu.ar/handle/123456789/341978" TargetMode="External"/><Relationship Id="rId18" Type="http://schemas.openxmlformats.org/officeDocument/2006/relationships/hyperlink" Target="https://sites.google.com/unc.edu.ar/financiamiento-extension/p%C3%A1gina-principa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11" Type="http://schemas.openxmlformats.org/officeDocument/2006/relationships/font" Target="fonts/SourceSans3-italic.ttf"/><Relationship Id="rId10" Type="http://schemas.openxmlformats.org/officeDocument/2006/relationships/font" Target="fonts/SourceSans3-bold.ttf"/><Relationship Id="rId12" Type="http://schemas.openxmlformats.org/officeDocument/2006/relationships/font" Target="fonts/SourceSans3-boldItalic.ttf"/><Relationship Id="rId9" Type="http://schemas.openxmlformats.org/officeDocument/2006/relationships/font" Target="fonts/SourceSans3-regular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AdNx30HqXKym0sBvTV+EdS3Dg==">CgMxLjA4AHIhMVQybWI5R3EwT2dra1pOeGhodUdyVm9kTDEzZ01lVnVZ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</cp:coreProperties>
</file>